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D9889" w14:textId="77777777" w:rsidR="002D029A" w:rsidRDefault="00417DE4">
      <w:pPr>
        <w:jc w:val="center"/>
      </w:pPr>
      <w:r>
        <w:rPr>
          <w:b/>
          <w:sz w:val="28"/>
        </w:rPr>
        <w:t>CEMP – Centro Educacional Marapendi</w:t>
      </w:r>
    </w:p>
    <w:p w14:paraId="0D4199FD" w14:textId="77777777" w:rsidR="002D029A" w:rsidRDefault="00417DE4">
      <w:pPr>
        <w:jc w:val="center"/>
      </w:pPr>
      <w:r>
        <w:rPr>
          <w:b/>
          <w:sz w:val="26"/>
        </w:rPr>
        <w:t>GABARITO – ATIVIDADES DE ÁLGEBRA</w:t>
      </w:r>
    </w:p>
    <w:p w14:paraId="28BD26B3" w14:textId="77777777" w:rsidR="002D029A" w:rsidRDefault="00417DE4">
      <w:pPr>
        <w:jc w:val="center"/>
      </w:pPr>
      <w:r>
        <w:t>8º Ano do Ensino Fundamental II</w:t>
      </w:r>
    </w:p>
    <w:p w14:paraId="7B8265CF" w14:textId="77777777" w:rsidR="002D029A" w:rsidRDefault="00417DE4">
      <w:r>
        <w:rPr>
          <w:b/>
          <w:sz w:val="24"/>
        </w:rPr>
        <w:t>1) Resolva as equações incompletas</w:t>
      </w:r>
    </w:p>
    <w:p w14:paraId="5488ACA9" w14:textId="77777777" w:rsidR="002D029A" w:rsidRDefault="00417DE4">
      <w:r>
        <w:t>a) x² − 9 = 0</w:t>
      </w:r>
    </w:p>
    <w:p w14:paraId="1A54AFFB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x² = 9</w:t>
      </w:r>
    </w:p>
    <w:p w14:paraId="3DEFE8D4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 = ±√9</w:t>
      </w:r>
    </w:p>
    <w:p w14:paraId="37C3F325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 = ±3</w:t>
      </w:r>
    </w:p>
    <w:p w14:paraId="73539C05" w14:textId="77777777" w:rsidR="002D029A" w:rsidRDefault="00417DE4">
      <w:pPr>
        <w:spacing w:after="160"/>
      </w:pPr>
      <w:r>
        <w:rPr>
          <w:b/>
        </w:rPr>
        <w:t>Resposta: S = {−3, 3}</w:t>
      </w:r>
    </w:p>
    <w:p w14:paraId="699553E4" w14:textId="77777777" w:rsidR="002D029A" w:rsidRDefault="00417DE4">
      <w:r>
        <w:t>b) x² − 81 = 0</w:t>
      </w:r>
    </w:p>
    <w:p w14:paraId="20C03735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x² = 81</w:t>
      </w:r>
    </w:p>
    <w:p w14:paraId="0912BCE1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 = ±√81</w:t>
      </w:r>
    </w:p>
    <w:p w14:paraId="2EE4C84D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 = ±9</w:t>
      </w:r>
    </w:p>
    <w:p w14:paraId="19E4ED2B" w14:textId="77777777" w:rsidR="002D029A" w:rsidRDefault="00417DE4">
      <w:pPr>
        <w:spacing w:after="160"/>
      </w:pPr>
      <w:r>
        <w:rPr>
          <w:b/>
        </w:rPr>
        <w:t>Resposta: S = {−9, 9}</w:t>
      </w:r>
    </w:p>
    <w:p w14:paraId="7E6B5120" w14:textId="77777777" w:rsidR="002D029A" w:rsidRDefault="00417DE4">
      <w:r>
        <w:t>c) x² − 90 = 31</w:t>
      </w:r>
    </w:p>
    <w:p w14:paraId="761435E7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x² = 31 + 90</w:t>
      </w:r>
    </w:p>
    <w:p w14:paraId="0064D3BC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x² = 121</w:t>
      </w:r>
    </w:p>
    <w:p w14:paraId="371B8DAB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 = ±√121</w:t>
      </w:r>
    </w:p>
    <w:p w14:paraId="37169FB5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 = ±11</w:t>
      </w:r>
    </w:p>
    <w:p w14:paraId="79F9A8A9" w14:textId="77777777" w:rsidR="002D029A" w:rsidRDefault="00417DE4">
      <w:pPr>
        <w:spacing w:after="160"/>
      </w:pPr>
      <w:r>
        <w:rPr>
          <w:b/>
        </w:rPr>
        <w:t>Resposta: S = {−11, 11}</w:t>
      </w:r>
    </w:p>
    <w:p w14:paraId="79C8474A" w14:textId="77777777" w:rsidR="002D029A" w:rsidRDefault="00417DE4">
      <w:r>
        <w:t>d) 5x² + 4 = 49</w:t>
      </w:r>
    </w:p>
    <w:p w14:paraId="1363D14E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5x² = 49 − 4</w:t>
      </w:r>
    </w:p>
    <w:p w14:paraId="776154B4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5x² = 45</w:t>
      </w:r>
    </w:p>
    <w:p w14:paraId="6BFB8682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x² = 9</w:t>
      </w:r>
    </w:p>
    <w:p w14:paraId="2B6412A7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 = ±3</w:t>
      </w:r>
    </w:p>
    <w:p w14:paraId="392C5A06" w14:textId="77777777" w:rsidR="002D029A" w:rsidRDefault="00417DE4">
      <w:pPr>
        <w:spacing w:after="160"/>
      </w:pPr>
      <w:r>
        <w:rPr>
          <w:b/>
        </w:rPr>
        <w:t>Resposta: S = {−3, 3}</w:t>
      </w:r>
    </w:p>
    <w:p w14:paraId="75866B59" w14:textId="77777777" w:rsidR="002D029A" w:rsidRDefault="00417DE4">
      <w:r>
        <w:t>e) 2x² + 11 = x² + 12</w:t>
      </w:r>
    </w:p>
    <w:p w14:paraId="40D12700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2x² − x² = 12 − 11</w:t>
      </w:r>
    </w:p>
    <w:p w14:paraId="32D1F39B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x² = 1</w:t>
      </w:r>
    </w:p>
    <w:p w14:paraId="3B7B5B86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 = ±1</w:t>
      </w:r>
    </w:p>
    <w:p w14:paraId="0672F1D5" w14:textId="77777777" w:rsidR="002D029A" w:rsidRDefault="00417DE4">
      <w:pPr>
        <w:spacing w:after="160"/>
      </w:pPr>
      <w:r>
        <w:rPr>
          <w:b/>
        </w:rPr>
        <w:t>Resposta: S = {−1, 1}</w:t>
      </w:r>
    </w:p>
    <w:p w14:paraId="02B43D2B" w14:textId="77777777" w:rsidR="002D029A" w:rsidRDefault="00417DE4">
      <w:r>
        <w:t>f) 5(x² − 1) = 4(x² + 1)</w:t>
      </w:r>
    </w:p>
    <w:p w14:paraId="579B445B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5x² − 5 = 4x² + 4</w:t>
      </w:r>
    </w:p>
    <w:p w14:paraId="7A9A3791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5x² − 4x² = 4 + 5</w:t>
      </w:r>
    </w:p>
    <w:p w14:paraId="0952A4B9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lastRenderedPageBreak/>
        <w:t>x² = 9</w:t>
      </w:r>
    </w:p>
    <w:p w14:paraId="4286082D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 = ±3</w:t>
      </w:r>
    </w:p>
    <w:p w14:paraId="2AF47E51" w14:textId="77777777" w:rsidR="002D029A" w:rsidRDefault="00417DE4">
      <w:pPr>
        <w:spacing w:after="160"/>
      </w:pPr>
      <w:r>
        <w:rPr>
          <w:b/>
        </w:rPr>
        <w:t>Resposta: S = {−3, 3}</w:t>
      </w:r>
    </w:p>
    <w:p w14:paraId="009EA659" w14:textId="77777777" w:rsidR="002D029A" w:rsidRDefault="00417DE4">
      <w:r>
        <w:rPr>
          <w:b/>
          <w:sz w:val="24"/>
        </w:rPr>
        <w:t>2) Encontre o valor de x para o qual a área do retângulo é 2</w:t>
      </w:r>
    </w:p>
    <w:p w14:paraId="61604B4B" w14:textId="77777777" w:rsidR="002D029A" w:rsidRDefault="00417DE4">
      <w:r>
        <w:t>Os lados do retângulo medem (x − 2) e (x − 1). Como a área do retângulo é base × altura:</w:t>
      </w:r>
    </w:p>
    <w:p w14:paraId="46356778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(x − 2)(x − 1) = 2</w:t>
      </w:r>
    </w:p>
    <w:p w14:paraId="09CF4921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x² − x − 2x + 2 = 2</w:t>
      </w:r>
    </w:p>
    <w:p w14:paraId="703524FE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x² − 3x + 2 = 2</w:t>
      </w:r>
    </w:p>
    <w:p w14:paraId="41D91258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x² − 3x = 0</w:t>
      </w:r>
    </w:p>
    <w:p w14:paraId="3FA18D5D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x(x − 3) = 0</w:t>
      </w:r>
    </w:p>
    <w:p w14:paraId="33B908FF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 = 0  ou  x − 3 = 0</w:t>
      </w:r>
    </w:p>
    <w:p w14:paraId="5C9ADACD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 = 0  ou  x = 3</w:t>
      </w:r>
    </w:p>
    <w:p w14:paraId="3BC8E535" w14:textId="77777777" w:rsidR="002D029A" w:rsidRDefault="00417DE4">
      <w:r>
        <w:t>Como as medidas dos lados precisam ser positivas, x = 0 não é admissível para o retângulo.</w:t>
      </w:r>
    </w:p>
    <w:p w14:paraId="250DE9F6" w14:textId="77777777" w:rsidR="002D029A" w:rsidRDefault="00417DE4">
      <w:pPr>
        <w:spacing w:after="160"/>
      </w:pPr>
      <w:r>
        <w:rPr>
          <w:b/>
        </w:rPr>
        <w:t>Resposta: x = 3</w:t>
      </w:r>
    </w:p>
    <w:p w14:paraId="21D555B1" w14:textId="77777777" w:rsidR="002D029A" w:rsidRDefault="00417DE4">
      <w:r>
        <w:rPr>
          <w:b/>
          <w:sz w:val="24"/>
        </w:rPr>
        <w:t>3) Identifique a equação do 2º grau incompleta</w:t>
      </w:r>
    </w:p>
    <w:p w14:paraId="10451A2E" w14:textId="77777777" w:rsidR="002D029A" w:rsidRDefault="00417DE4">
      <w:r>
        <w:t>A) 2x² + 4x = 2</w:t>
      </w:r>
    </w:p>
    <w:p w14:paraId="460A1700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2x² + 4x − 2 = 0</w:t>
      </w:r>
    </w:p>
    <w:p w14:paraId="0C212F00" w14:textId="77777777" w:rsidR="002D029A" w:rsidRDefault="00417DE4">
      <w:r>
        <w:t>Possui a, b e c diferentes de zero: equação completa.</w:t>
      </w:r>
    </w:p>
    <w:p w14:paraId="7014B7DD" w14:textId="77777777" w:rsidR="002D029A" w:rsidRDefault="00417DE4">
      <w:r>
        <w:t>B) 3x² &gt; 0</w:t>
      </w:r>
    </w:p>
    <w:p w14:paraId="65DE8135" w14:textId="77777777" w:rsidR="002D029A" w:rsidRDefault="00417DE4">
      <w:r>
        <w:t>É uma desigualdade, portanto não é uma equação.</w:t>
      </w:r>
    </w:p>
    <w:p w14:paraId="240FCC0F" w14:textId="77777777" w:rsidR="002D029A" w:rsidRDefault="00417DE4">
      <w:r>
        <w:t>C) x² − 8x + 1 = 0</w:t>
      </w:r>
    </w:p>
    <w:p w14:paraId="0D143451" w14:textId="77777777" w:rsidR="002D029A" w:rsidRDefault="00417DE4">
      <w:r>
        <w:t>Possui a, b e c diferentes de zero: equação completa.</w:t>
      </w:r>
    </w:p>
    <w:p w14:paraId="5B27CB3C" w14:textId="77777777" w:rsidR="002D029A" w:rsidRDefault="00417DE4">
      <w:r>
        <w:t>D) x² − 3x + 4 = 4</w:t>
      </w:r>
    </w:p>
    <w:p w14:paraId="20ACA566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x² − 3x + 4 − 4 = 0</w:t>
      </w:r>
    </w:p>
    <w:p w14:paraId="1A52036A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x² − 3x = 0</w:t>
      </w:r>
    </w:p>
    <w:p w14:paraId="5759A650" w14:textId="77777777" w:rsidR="002D029A" w:rsidRDefault="00417DE4">
      <w:r>
        <w:t>Temos a = 1, b = −3 e c = 0. Portanto, é uma equação do 2º grau incompleta.</w:t>
      </w:r>
    </w:p>
    <w:p w14:paraId="254E3CBB" w14:textId="77777777" w:rsidR="002D029A" w:rsidRDefault="00417DE4">
      <w:r>
        <w:t>E) x² + 1 &gt; x</w:t>
      </w:r>
    </w:p>
    <w:p w14:paraId="457C9A77" w14:textId="77777777" w:rsidR="002D029A" w:rsidRDefault="00417DE4">
      <w:r>
        <w:t>É uma desigualdade, portanto não é uma equação.</w:t>
      </w:r>
    </w:p>
    <w:p w14:paraId="583E9A7A" w14:textId="77777777" w:rsidR="002D029A" w:rsidRDefault="00417DE4">
      <w:pPr>
        <w:spacing w:after="160"/>
      </w:pPr>
      <w:r>
        <w:rPr>
          <w:b/>
        </w:rPr>
        <w:t>Resposta: Alternativa D</w:t>
      </w:r>
    </w:p>
    <w:p w14:paraId="74B90C97" w14:textId="77777777" w:rsidR="002D029A" w:rsidRDefault="00417DE4">
      <w:r>
        <w:rPr>
          <w:b/>
          <w:sz w:val="24"/>
        </w:rPr>
        <w:t>4) Uma equação do 2º grau é considerada incompleta quando:</w:t>
      </w:r>
    </w:p>
    <w:p w14:paraId="7A24E7A0" w14:textId="77777777" w:rsidR="002D029A" w:rsidRDefault="00417DE4">
      <w:r>
        <w:t>A forma geral de uma equação do 2º grau é:</w:t>
      </w:r>
    </w:p>
    <w:p w14:paraId="74D6DF2E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ax² + bx + c = 0, com a ≠ 0</w:t>
      </w:r>
    </w:p>
    <w:p w14:paraId="723CE3DD" w14:textId="77777777" w:rsidR="002D029A" w:rsidRDefault="00417DE4">
      <w:r>
        <w:lastRenderedPageBreak/>
        <w:t>Ela é incompleta quando b = 0 ou c = 0 (ou ambos).</w:t>
      </w:r>
    </w:p>
    <w:p w14:paraId="24FE94BD" w14:textId="77777777" w:rsidR="002D029A" w:rsidRDefault="00417DE4">
      <w:pPr>
        <w:spacing w:after="160"/>
      </w:pPr>
      <w:r>
        <w:rPr>
          <w:b/>
        </w:rPr>
        <w:t>Resposta: Alternativa B</w:t>
      </w:r>
    </w:p>
    <w:p w14:paraId="559CEF73" w14:textId="77777777" w:rsidR="002D029A" w:rsidRDefault="00417DE4">
      <w:r>
        <w:rPr>
          <w:b/>
          <w:sz w:val="24"/>
        </w:rPr>
        <w:t>5) Equação do tipo ax² = 0, com a ≠ 0</w:t>
      </w:r>
    </w:p>
    <w:p w14:paraId="009AF1FD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ax² = 0</w:t>
      </w:r>
    </w:p>
    <w:p w14:paraId="534216E7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x² = 0</w:t>
      </w:r>
    </w:p>
    <w:p w14:paraId="29758B44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 = 0</w:t>
      </w:r>
    </w:p>
    <w:p w14:paraId="1D6C6B80" w14:textId="77777777" w:rsidR="002D029A" w:rsidRDefault="00417DE4">
      <w:r>
        <w:t>Portanto, a equação possui apenas uma solução distinta.</w:t>
      </w:r>
    </w:p>
    <w:p w14:paraId="6364BF07" w14:textId="77777777" w:rsidR="002D029A" w:rsidRDefault="00417DE4">
      <w:pPr>
        <w:spacing w:after="160"/>
      </w:pPr>
      <w:r>
        <w:rPr>
          <w:b/>
        </w:rPr>
        <w:t>Resposta: 1 solução distinta: x = 0</w:t>
      </w:r>
    </w:p>
    <w:p w14:paraId="2B014BDB" w14:textId="77777777" w:rsidR="002D029A" w:rsidRDefault="00417DE4">
      <w:r>
        <w:rPr>
          <w:b/>
          <w:sz w:val="24"/>
        </w:rPr>
        <w:t>6) Área do círculo</w:t>
      </w:r>
    </w:p>
    <w:p w14:paraId="6BC7E201" w14:textId="77777777" w:rsidR="002D029A" w:rsidRDefault="00417DE4">
      <w:r>
        <w:t>Dados: A = 19,375 cm² e π = 3,1.</w:t>
      </w:r>
    </w:p>
    <w:p w14:paraId="6E362B35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A = πr²</w:t>
      </w:r>
    </w:p>
    <w:p w14:paraId="2F24915B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19,375 = 3,1r²</w:t>
      </w:r>
    </w:p>
    <w:p w14:paraId="28E928B3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r² = 19,375 ÷ 3,1</w:t>
      </w:r>
    </w:p>
    <w:p w14:paraId="13CB304C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r² = 6,25</w:t>
      </w:r>
    </w:p>
    <w:p w14:paraId="7508A235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r = √6,25</w:t>
      </w:r>
    </w:p>
    <w:p w14:paraId="6743B9D9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r = 2,5</w:t>
      </w:r>
    </w:p>
    <w:p w14:paraId="2C3D9792" w14:textId="77777777" w:rsidR="002D029A" w:rsidRDefault="00417DE4">
      <w:r>
        <w:t>Como o raio é uma medida positiva, consideramos r = 2,5 cm.</w:t>
      </w:r>
    </w:p>
    <w:p w14:paraId="51EC786E" w14:textId="77777777" w:rsidR="002D029A" w:rsidRDefault="00417DE4">
      <w:pPr>
        <w:spacing w:after="160"/>
      </w:pPr>
      <w:r>
        <w:rPr>
          <w:b/>
        </w:rPr>
        <w:t>Resposta: r = 2,5 cm</w:t>
      </w:r>
    </w:p>
    <w:p w14:paraId="77D4FD3B" w14:textId="77777777" w:rsidR="002D029A" w:rsidRDefault="00417DE4">
      <w:r>
        <w:rPr>
          <w:b/>
          <w:sz w:val="24"/>
        </w:rPr>
        <w:t>7) Dada a equação x² − 25 = 0</w:t>
      </w:r>
    </w:p>
    <w:p w14:paraId="4103C881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x² = 25</w:t>
      </w:r>
    </w:p>
    <w:p w14:paraId="492FD14F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 = ±5</w:t>
      </w:r>
    </w:p>
    <w:p w14:paraId="4A7D9260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S = {−5, 5}</w:t>
      </w:r>
    </w:p>
    <w:p w14:paraId="4E653C13" w14:textId="77777777" w:rsidR="002D029A" w:rsidRDefault="00417DE4">
      <w:r>
        <w:t>I – A soma das soluções é igual a zero:</w:t>
      </w:r>
    </w:p>
    <w:p w14:paraId="1CBE7E85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−</w:t>
      </w:r>
      <w:r>
        <w:rPr>
          <w:rFonts w:ascii="Cambria Math" w:hAnsi="Cambria Math"/>
        </w:rPr>
        <w:t>5 + 5 = 0</w:t>
      </w:r>
    </w:p>
    <w:p w14:paraId="53087115" w14:textId="77777777" w:rsidR="002D029A" w:rsidRDefault="00417DE4">
      <w:r>
        <w:t>Verdadeira.</w:t>
      </w:r>
    </w:p>
    <w:p w14:paraId="05E71863" w14:textId="77777777" w:rsidR="002D029A" w:rsidRDefault="00417DE4">
      <w:r>
        <w:t>II – O conjunto solução é S = {−5, 5}.</w:t>
      </w:r>
    </w:p>
    <w:p w14:paraId="0D9F34B5" w14:textId="77777777" w:rsidR="002D029A" w:rsidRDefault="00417DE4">
      <w:r>
        <w:t>Verdadeira.</w:t>
      </w:r>
    </w:p>
    <w:p w14:paraId="2FB5B3B6" w14:textId="77777777" w:rsidR="002D029A" w:rsidRDefault="00417DE4">
      <w:r>
        <w:t>III – A equação é incompleta.</w:t>
      </w:r>
    </w:p>
    <w:p w14:paraId="68BC0A2E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x² − 25 = 0</w:t>
      </w:r>
    </w:p>
    <w:p w14:paraId="10DF8857" w14:textId="77777777" w:rsidR="002D029A" w:rsidRDefault="00417DE4">
      <w:pPr>
        <w:spacing w:after="40"/>
        <w:ind w:left="397"/>
      </w:pPr>
      <w:r>
        <w:rPr>
          <w:rFonts w:ascii="Cambria Math" w:hAnsi="Cambria Math"/>
        </w:rPr>
        <w:t>a = 1, b = 0, c = −25</w:t>
      </w:r>
    </w:p>
    <w:p w14:paraId="6A7E2E38" w14:textId="77777777" w:rsidR="002D029A" w:rsidRDefault="00417DE4">
      <w:r>
        <w:t>Como b = 0, a equação é incompleta. Portanto, a afirmativa é verdadeira.</w:t>
      </w:r>
    </w:p>
    <w:p w14:paraId="05C01887" w14:textId="77777777" w:rsidR="002D029A" w:rsidRDefault="00417DE4">
      <w:pPr>
        <w:spacing w:after="160"/>
      </w:pPr>
      <w:r>
        <w:rPr>
          <w:b/>
        </w:rPr>
        <w:t>Resposta: Alternativa D – Todas são verdadeiras</w:t>
      </w:r>
    </w:p>
    <w:sectPr w:rsidR="002D029A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5614118">
    <w:abstractNumId w:val="8"/>
  </w:num>
  <w:num w:numId="2" w16cid:durableId="194932063">
    <w:abstractNumId w:val="6"/>
  </w:num>
  <w:num w:numId="3" w16cid:durableId="1327052813">
    <w:abstractNumId w:val="5"/>
  </w:num>
  <w:num w:numId="4" w16cid:durableId="1294360530">
    <w:abstractNumId w:val="4"/>
  </w:num>
  <w:num w:numId="5" w16cid:durableId="693578206">
    <w:abstractNumId w:val="7"/>
  </w:num>
  <w:num w:numId="6" w16cid:durableId="940917368">
    <w:abstractNumId w:val="3"/>
  </w:num>
  <w:num w:numId="7" w16cid:durableId="1077022704">
    <w:abstractNumId w:val="2"/>
  </w:num>
  <w:num w:numId="8" w16cid:durableId="1191921140">
    <w:abstractNumId w:val="1"/>
  </w:num>
  <w:num w:numId="9" w16cid:durableId="28018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029A"/>
    <w:rsid w:val="00326F90"/>
    <w:rsid w:val="00417DE4"/>
    <w:rsid w:val="009306D5"/>
    <w:rsid w:val="00AA1D8D"/>
    <w:rsid w:val="00B47730"/>
    <w:rsid w:val="00CB0664"/>
    <w:rsid w:val="00FC693F"/>
    <w:rsid w:val="00FC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619809"/>
  <w14:defaultImageDpi w14:val="300"/>
  <w15:docId w15:val="{1AE74B80-E289-4F0E-BB9E-23B909EC7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Coordenacao fund II e Ens. Médio</cp:lastModifiedBy>
  <cp:revision>2</cp:revision>
  <dcterms:created xsi:type="dcterms:W3CDTF">2026-08-11T12:52:00Z</dcterms:created>
  <dcterms:modified xsi:type="dcterms:W3CDTF">2026-08-11T12:52:00Z</dcterms:modified>
  <cp:category/>
</cp:coreProperties>
</file>